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B5B24" w14:textId="048A3A0B" w:rsidR="004B7591" w:rsidRPr="00DD15C5" w:rsidRDefault="00BA29DC" w:rsidP="00DD15C5">
      <w:pPr>
        <w:pStyle w:val="Heading1"/>
        <w:rPr>
          <w:rFonts w:cstheme="majorHAnsi"/>
          <w:color w:val="FF0000"/>
          <w:sz w:val="24"/>
          <w:szCs w:val="24"/>
        </w:rPr>
      </w:pPr>
      <w:r w:rsidRPr="00DD15C5">
        <w:rPr>
          <w:rFonts w:cstheme="majorHAnsi"/>
          <w:color w:val="FF0000"/>
          <w:sz w:val="24"/>
          <w:szCs w:val="24"/>
        </w:rPr>
        <w:t>Declaration Letter Format</w:t>
      </w:r>
      <w:r w:rsidR="00DD15C5" w:rsidRPr="00DD15C5">
        <w:rPr>
          <w:rFonts w:cstheme="majorHAnsi"/>
          <w:color w:val="FF0000"/>
          <w:sz w:val="24"/>
          <w:szCs w:val="24"/>
        </w:rPr>
        <w:t xml:space="preserve"> </w:t>
      </w:r>
      <w:r w:rsidRPr="00DD15C5">
        <w:rPr>
          <w:rFonts w:cstheme="majorHAnsi"/>
          <w:color w:val="FF0000"/>
          <w:sz w:val="24"/>
          <w:szCs w:val="24"/>
        </w:rPr>
        <w:t>(To be typed on the Firm’s Letterhead)</w:t>
      </w:r>
    </w:p>
    <w:p w14:paraId="5B56B414" w14:textId="77777777" w:rsidR="0093309E" w:rsidRDefault="0093309E" w:rsidP="00BA29DC">
      <w:pPr>
        <w:rPr>
          <w:rFonts w:asciiTheme="majorHAnsi" w:hAnsiTheme="majorHAnsi" w:cstheme="majorHAnsi"/>
          <w:sz w:val="24"/>
          <w:szCs w:val="24"/>
        </w:rPr>
      </w:pPr>
    </w:p>
    <w:p w14:paraId="5484283A" w14:textId="3405BDFF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br/>
        <w:t>Date: ___________________</w:t>
      </w:r>
    </w:p>
    <w:p w14:paraId="6D082317" w14:textId="77777777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br/>
        <w:t>To,</w:t>
      </w:r>
      <w:r w:rsidRPr="0049482B">
        <w:rPr>
          <w:rFonts w:asciiTheme="majorHAnsi" w:hAnsiTheme="majorHAnsi" w:cstheme="majorHAnsi"/>
          <w:sz w:val="24"/>
          <w:szCs w:val="24"/>
        </w:rPr>
        <w:br/>
        <w:t>WADE ASIA ARCHIDESIGN National Competition 2026</w:t>
      </w:r>
    </w:p>
    <w:p w14:paraId="6C372A61" w14:textId="21FB31F1" w:rsidR="004B7591" w:rsidRPr="0049482B" w:rsidRDefault="00BA29DC" w:rsidP="00BA29DC">
      <w:pPr>
        <w:pStyle w:val="Heading3"/>
        <w:rPr>
          <w:rFonts w:cstheme="majorHAnsi"/>
          <w:sz w:val="24"/>
          <w:szCs w:val="24"/>
        </w:rPr>
      </w:pPr>
      <w:r w:rsidRPr="0049482B">
        <w:rPr>
          <w:rFonts w:cstheme="majorHAnsi"/>
          <w:sz w:val="24"/>
          <w:szCs w:val="24"/>
        </w:rPr>
        <w:br/>
        <w:t>Subject: Declaration for Project Submission</w:t>
      </w:r>
    </w:p>
    <w:p w14:paraId="3CB7A3A6" w14:textId="77777777" w:rsidR="00BA29DC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</w:p>
    <w:p w14:paraId="1B61C35A" w14:textId="4AC485FA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 xml:space="preserve">I/We, Principal / Owner of the firm ___________________________, hereby declare that Ms. </w:t>
      </w:r>
      <w:r w:rsidR="006401C2" w:rsidRPr="0049482B">
        <w:rPr>
          <w:rFonts w:asciiTheme="majorHAnsi" w:hAnsiTheme="majorHAnsi" w:cstheme="majorHAnsi"/>
          <w:sz w:val="24"/>
          <w:szCs w:val="24"/>
        </w:rPr>
        <w:t>________________________________________</w:t>
      </w:r>
      <w:r w:rsidRPr="0049482B">
        <w:rPr>
          <w:rFonts w:asciiTheme="majorHAnsi" w:hAnsiTheme="majorHAnsi" w:cstheme="majorHAnsi"/>
          <w:sz w:val="24"/>
          <w:szCs w:val="24"/>
        </w:rPr>
        <w:t>, employed with our firm as ____________________</w:t>
      </w:r>
      <w:r w:rsidR="0049482B">
        <w:rPr>
          <w:rFonts w:asciiTheme="majorHAnsi" w:hAnsiTheme="majorHAnsi" w:cstheme="majorHAnsi"/>
          <w:sz w:val="24"/>
          <w:szCs w:val="24"/>
        </w:rPr>
        <w:t>_____</w:t>
      </w:r>
      <w:r w:rsidRPr="0049482B">
        <w:rPr>
          <w:rFonts w:asciiTheme="majorHAnsi" w:hAnsiTheme="majorHAnsi" w:cstheme="majorHAnsi"/>
          <w:sz w:val="24"/>
          <w:szCs w:val="24"/>
        </w:rPr>
        <w:t>, has contributed significantly to the project titled:</w:t>
      </w:r>
      <w:r w:rsidRPr="0049482B">
        <w:rPr>
          <w:rFonts w:asciiTheme="majorHAnsi" w:hAnsiTheme="majorHAnsi" w:cstheme="majorHAnsi"/>
          <w:sz w:val="24"/>
          <w:szCs w:val="24"/>
        </w:rPr>
        <w:br/>
      </w:r>
      <w:r w:rsidRPr="0049482B">
        <w:rPr>
          <w:rFonts w:asciiTheme="majorHAnsi" w:hAnsiTheme="majorHAnsi" w:cstheme="majorHAnsi"/>
          <w:sz w:val="24"/>
          <w:szCs w:val="24"/>
        </w:rPr>
        <w:br/>
        <w:t>“________________________________________”</w:t>
      </w:r>
      <w:r w:rsidRPr="0049482B">
        <w:rPr>
          <w:rFonts w:asciiTheme="majorHAnsi" w:hAnsiTheme="majorHAnsi" w:cstheme="majorHAnsi"/>
          <w:sz w:val="24"/>
          <w:szCs w:val="24"/>
        </w:rPr>
        <w:br/>
      </w:r>
      <w:r w:rsidRPr="0049482B">
        <w:rPr>
          <w:rFonts w:asciiTheme="majorHAnsi" w:hAnsiTheme="majorHAnsi" w:cstheme="majorHAnsi"/>
          <w:sz w:val="24"/>
          <w:szCs w:val="24"/>
        </w:rPr>
        <w:br/>
        <w:t>I/We have no objection to her submitting the above project to the WADE ASIA ARCHIDESIGN National Competition 2026.</w:t>
      </w:r>
    </w:p>
    <w:p w14:paraId="0B3A0980" w14:textId="77777777" w:rsidR="00BA29DC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</w:p>
    <w:p w14:paraId="10900DC5" w14:textId="56AECEA2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br/>
        <w:t>Principal Architect / Owner</w:t>
      </w:r>
    </w:p>
    <w:p w14:paraId="016CE948" w14:textId="77777777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>Name: ___________________________</w:t>
      </w:r>
    </w:p>
    <w:p w14:paraId="4A3E10CC" w14:textId="44B741A6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>Designation: ____________________</w:t>
      </w:r>
    </w:p>
    <w:p w14:paraId="4A17514E" w14:textId="6D83D304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 xml:space="preserve">Signature </w:t>
      </w:r>
      <w:r w:rsidR="00DD15C5">
        <w:rPr>
          <w:rFonts w:asciiTheme="majorHAnsi" w:hAnsiTheme="majorHAnsi" w:cstheme="majorHAnsi"/>
          <w:sz w:val="24"/>
          <w:szCs w:val="24"/>
        </w:rPr>
        <w:t xml:space="preserve">: </w:t>
      </w:r>
      <w:r w:rsidRPr="0049482B">
        <w:rPr>
          <w:rFonts w:asciiTheme="majorHAnsi" w:hAnsiTheme="majorHAnsi" w:cstheme="majorHAnsi"/>
          <w:sz w:val="24"/>
          <w:szCs w:val="24"/>
        </w:rPr>
        <w:t>_________________</w:t>
      </w:r>
    </w:p>
    <w:p w14:paraId="6A84D12B" w14:textId="77777777" w:rsidR="00BA29DC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</w:p>
    <w:p w14:paraId="7B96F18D" w14:textId="6C0DDA83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br/>
        <w:t>Applicant / Employee</w:t>
      </w:r>
    </w:p>
    <w:p w14:paraId="68BDB4B7" w14:textId="77777777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>Name: ___________________________</w:t>
      </w:r>
    </w:p>
    <w:p w14:paraId="50CAD27B" w14:textId="77777777" w:rsidR="004B7591" w:rsidRPr="0049482B" w:rsidRDefault="00BA29DC" w:rsidP="00BA29DC">
      <w:pPr>
        <w:rPr>
          <w:rFonts w:asciiTheme="majorHAnsi" w:hAnsiTheme="majorHAnsi" w:cstheme="majorHAnsi"/>
          <w:sz w:val="24"/>
          <w:szCs w:val="24"/>
        </w:rPr>
      </w:pPr>
      <w:r w:rsidRPr="0049482B">
        <w:rPr>
          <w:rFonts w:asciiTheme="majorHAnsi" w:hAnsiTheme="majorHAnsi" w:cstheme="majorHAnsi"/>
          <w:sz w:val="24"/>
          <w:szCs w:val="24"/>
        </w:rPr>
        <w:t>Signature: ________________________</w:t>
      </w:r>
    </w:p>
    <w:sectPr w:rsidR="004B7591" w:rsidRPr="0049482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9482B"/>
    <w:rsid w:val="004B7591"/>
    <w:rsid w:val="00553481"/>
    <w:rsid w:val="006401C2"/>
    <w:rsid w:val="0093309E"/>
    <w:rsid w:val="00AA1D8D"/>
    <w:rsid w:val="00B47730"/>
    <w:rsid w:val="00BA29DC"/>
    <w:rsid w:val="00CB0664"/>
    <w:rsid w:val="00DD15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4E86A6"/>
  <w14:defaultImageDpi w14:val="300"/>
  <w15:docId w15:val="{C8D050D8-9719-4241-A3E7-E283AEE3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3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5</cp:revision>
  <dcterms:created xsi:type="dcterms:W3CDTF">2013-12-23T23:15:00Z</dcterms:created>
  <dcterms:modified xsi:type="dcterms:W3CDTF">2025-11-08T10:40:00Z</dcterms:modified>
  <cp:category/>
</cp:coreProperties>
</file>